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41" w:rsidRPr="00CB6348" w:rsidRDefault="00CB6348">
      <w:pPr>
        <w:jc w:val="right"/>
        <w:rPr>
          <w:lang w:val="pl-PL"/>
        </w:rPr>
      </w:pPr>
      <w:r w:rsidRPr="00CB6348">
        <w:rPr>
          <w:i/>
          <w:color w:val="718096"/>
          <w:sz w:val="19"/>
          <w:lang w:val="pl-PL"/>
        </w:rPr>
        <w:t>Zał</w:t>
      </w:r>
      <w:bookmarkStart w:id="0" w:name="_GoBack"/>
      <w:bookmarkEnd w:id="0"/>
      <w:r w:rsidRPr="00CB6348">
        <w:rPr>
          <w:i/>
          <w:color w:val="718096"/>
          <w:sz w:val="19"/>
          <w:lang w:val="pl-PL"/>
        </w:rPr>
        <w:t>ącznik nr 2 do Regulaminu Konkursu</w:t>
      </w:r>
      <w:r w:rsidRPr="00CB6348">
        <w:rPr>
          <w:i/>
          <w:color w:val="718096"/>
          <w:sz w:val="19"/>
          <w:lang w:val="pl-PL"/>
        </w:rPr>
        <w:br/>
        <w:t>„90 lat Mostu w Białobrzegach”</w:t>
      </w:r>
    </w:p>
    <w:p w:rsidR="00325741" w:rsidRPr="00CB6348" w:rsidRDefault="00CB6348">
      <w:pPr>
        <w:spacing w:before="480" w:after="480"/>
        <w:jc w:val="center"/>
        <w:rPr>
          <w:lang w:val="pl-PL"/>
        </w:rPr>
      </w:pPr>
      <w:r w:rsidRPr="00CB6348">
        <w:rPr>
          <w:b/>
          <w:color w:val="1A365D"/>
          <w:sz w:val="28"/>
          <w:lang w:val="pl-PL"/>
        </w:rPr>
        <w:t>OŚWIADCZENIE I ZGODA RODZICA / OPIEKUNA PRAWNEGO</w:t>
      </w:r>
      <w:r w:rsidRPr="00CB6348">
        <w:rPr>
          <w:b/>
          <w:color w:val="1A365D"/>
          <w:sz w:val="28"/>
          <w:lang w:val="pl-PL"/>
        </w:rPr>
        <w:br/>
      </w:r>
      <w:r w:rsidRPr="00CB6348">
        <w:rPr>
          <w:sz w:val="21"/>
          <w:lang w:val="pl-PL"/>
        </w:rPr>
        <w:t>(Dotyczy uczestników poniżej 18 roku życia)</w:t>
      </w:r>
    </w:p>
    <w:p w:rsidR="00325741" w:rsidRPr="00CB6348" w:rsidRDefault="00CB6348">
      <w:pPr>
        <w:spacing w:after="280"/>
        <w:rPr>
          <w:lang w:val="pl-PL"/>
        </w:rPr>
      </w:pPr>
      <w:r w:rsidRPr="00CB6348">
        <w:rPr>
          <w:lang w:val="pl-PL"/>
        </w:rPr>
        <w:t xml:space="preserve">Ja, niżej podpisany/a (Imię i nazwisko rodzica/opiekuna): </w:t>
      </w:r>
      <w:r w:rsidRPr="00CB6348">
        <w:rPr>
          <w:lang w:val="pl-PL"/>
        </w:rPr>
        <w:br/>
      </w:r>
      <w:r w:rsidRPr="00CB6348">
        <w:rPr>
          <w:lang w:val="pl-PL"/>
        </w:rPr>
        <w:t>......................................................................................................................................................</w:t>
      </w:r>
    </w:p>
    <w:p w:rsidR="00325741" w:rsidRPr="00CB6348" w:rsidRDefault="00CB6348">
      <w:pPr>
        <w:spacing w:after="280"/>
        <w:rPr>
          <w:lang w:val="pl-PL"/>
        </w:rPr>
      </w:pPr>
      <w:r w:rsidRPr="00CB6348">
        <w:rPr>
          <w:lang w:val="pl-PL"/>
        </w:rPr>
        <w:t xml:space="preserve">Adres zamieszkania: </w:t>
      </w:r>
      <w:r w:rsidRPr="00CB6348">
        <w:rPr>
          <w:lang w:val="pl-PL"/>
        </w:rPr>
        <w:br/>
        <w:t>....................................................................................</w:t>
      </w:r>
      <w:r w:rsidRPr="00CB6348">
        <w:rPr>
          <w:lang w:val="pl-PL"/>
        </w:rPr>
        <w:t>..................................................................</w:t>
      </w:r>
    </w:p>
    <w:p w:rsidR="00325741" w:rsidRPr="00CB6348" w:rsidRDefault="00CB6348">
      <w:pPr>
        <w:spacing w:after="280"/>
        <w:rPr>
          <w:lang w:val="pl-PL"/>
        </w:rPr>
      </w:pPr>
      <w:r w:rsidRPr="00CB6348">
        <w:rPr>
          <w:lang w:val="pl-PL"/>
        </w:rPr>
        <w:t xml:space="preserve">Numer telefonu kontaktowego: </w:t>
      </w:r>
      <w:r w:rsidRPr="00CB6348">
        <w:rPr>
          <w:lang w:val="pl-PL"/>
        </w:rPr>
        <w:br/>
        <w:t>......................................................................................................................................................</w:t>
      </w:r>
    </w:p>
    <w:p w:rsidR="00325741" w:rsidRPr="00CB6348" w:rsidRDefault="00CB6348">
      <w:pPr>
        <w:spacing w:after="280"/>
        <w:rPr>
          <w:lang w:val="pl-PL"/>
        </w:rPr>
      </w:pPr>
      <w:r w:rsidRPr="00CB6348">
        <w:rPr>
          <w:lang w:val="pl-PL"/>
        </w:rPr>
        <w:t>jako rod</w:t>
      </w:r>
      <w:r w:rsidRPr="00CB6348">
        <w:rPr>
          <w:lang w:val="pl-PL"/>
        </w:rPr>
        <w:t xml:space="preserve">zic / opiekun prawny małoletniego uczestnika (Imię i nazwisko dziecka): </w:t>
      </w:r>
      <w:r w:rsidRPr="00CB6348">
        <w:rPr>
          <w:lang w:val="pl-PL"/>
        </w:rPr>
        <w:br/>
        <w:t>......................................................................................................................................................</w:t>
      </w:r>
    </w:p>
    <w:p w:rsidR="00325741" w:rsidRPr="00CB6348" w:rsidRDefault="00CB6348">
      <w:pPr>
        <w:spacing w:after="280"/>
        <w:rPr>
          <w:lang w:val="pl-PL"/>
        </w:rPr>
      </w:pPr>
      <w:r w:rsidRPr="00CB6348">
        <w:rPr>
          <w:lang w:val="pl-PL"/>
        </w:rPr>
        <w:t xml:space="preserve">Data urodzenia dziecka: </w:t>
      </w:r>
      <w:r w:rsidRPr="00CB6348">
        <w:rPr>
          <w:lang w:val="pl-PL"/>
        </w:rPr>
        <w:br/>
        <w:t>.......</w:t>
      </w:r>
      <w:r w:rsidRPr="00CB6348">
        <w:rPr>
          <w:lang w:val="pl-PL"/>
        </w:rPr>
        <w:t>...............................................................................................................................................</w:t>
      </w:r>
    </w:p>
    <w:p w:rsidR="00CB6348" w:rsidRDefault="00CB6348">
      <w:pPr>
        <w:spacing w:before="240" w:after="240"/>
        <w:jc w:val="both"/>
        <w:rPr>
          <w:lang w:val="pl-PL"/>
        </w:rPr>
      </w:pPr>
      <w:r w:rsidRPr="00CB6348">
        <w:rPr>
          <w:lang w:val="pl-PL"/>
        </w:rPr>
        <w:t>Oświadczam, że wyrażam pełną zgodę na udział wyżej wymienionego małoletniego w Konkursie Fotograficzno-Plastyczn</w:t>
      </w:r>
      <w:r w:rsidRPr="00CB6348">
        <w:rPr>
          <w:lang w:val="pl-PL"/>
        </w:rPr>
        <w:t>ym „90 lat Mostu w Białobrzegach”, organizowanym przez Ur</w:t>
      </w:r>
      <w:r>
        <w:rPr>
          <w:lang w:val="pl-PL"/>
        </w:rPr>
        <w:t xml:space="preserve">ząd miasta i Gminy w Białobrzegach. </w:t>
      </w:r>
      <w:r w:rsidRPr="00CB6348">
        <w:rPr>
          <w:lang w:val="pl-PL"/>
        </w:rPr>
        <w:t xml:space="preserve"> </w:t>
      </w:r>
    </w:p>
    <w:p w:rsidR="00325741" w:rsidRPr="00CB6348" w:rsidRDefault="00CB6348">
      <w:pPr>
        <w:spacing w:before="240" w:after="240"/>
        <w:jc w:val="both"/>
        <w:rPr>
          <w:lang w:val="pl-PL"/>
        </w:rPr>
      </w:pPr>
      <w:r w:rsidRPr="00CB6348">
        <w:rPr>
          <w:lang w:val="pl-PL"/>
        </w:rPr>
        <w:t>Potwierdzam, że zapoznałem/</w:t>
      </w:r>
      <w:proofErr w:type="spellStart"/>
      <w:r w:rsidRPr="00CB6348">
        <w:rPr>
          <w:lang w:val="pl-PL"/>
        </w:rPr>
        <w:t>am</w:t>
      </w:r>
      <w:proofErr w:type="spellEnd"/>
      <w:r w:rsidRPr="00CB6348">
        <w:rPr>
          <w:lang w:val="pl-PL"/>
        </w:rPr>
        <w:t xml:space="preserve"> się z treścią Regulaminu Konkursu, w pełni akceptuję jego postanowienia i zobowi</w:t>
      </w:r>
      <w:r w:rsidRPr="00CB6348">
        <w:rPr>
          <w:lang w:val="pl-PL"/>
        </w:rPr>
        <w:t>ązuję się do ich przestrzegania w imieniu małoletniego uczestnika. Oświadczam również, że zgłoszone prace są wynikiem samodzielnej twórczości dziecka.</w:t>
      </w:r>
    </w:p>
    <w:p w:rsidR="00325741" w:rsidRPr="00CB6348" w:rsidRDefault="00CB6348">
      <w:pPr>
        <w:spacing w:before="960"/>
        <w:rPr>
          <w:lang w:val="pl-PL"/>
        </w:rPr>
      </w:pPr>
      <w:r w:rsidRPr="00CB6348">
        <w:rPr>
          <w:lang w:val="pl-PL"/>
        </w:rPr>
        <w:t>..................................................                                     ..................</w:t>
      </w:r>
      <w:r w:rsidRPr="00CB6348">
        <w:rPr>
          <w:lang w:val="pl-PL"/>
        </w:rPr>
        <w:t>................................</w:t>
      </w:r>
    </w:p>
    <w:p w:rsidR="00325741" w:rsidRPr="00CB6348" w:rsidRDefault="00CB6348">
      <w:pPr>
        <w:rPr>
          <w:lang w:val="pl-PL"/>
        </w:rPr>
      </w:pPr>
      <w:r w:rsidRPr="00CB6348">
        <w:rPr>
          <w:color w:val="718096"/>
          <w:sz w:val="18"/>
          <w:lang w:val="pl-PL"/>
        </w:rPr>
        <w:t xml:space="preserve">             Miejscowość i data                                                   Czytelny podpis rodzica / opiekuna</w:t>
      </w:r>
    </w:p>
    <w:sectPr w:rsidR="00325741" w:rsidRPr="00CB6348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5741"/>
    <w:rsid w:val="00326F90"/>
    <w:rsid w:val="00AA1D8D"/>
    <w:rsid w:val="00B47730"/>
    <w:rsid w:val="00CB0664"/>
    <w:rsid w:val="00CB63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750CB19-34E9-4E55-A148-D4B4CF2C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color w:val="2D374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A8F487-65BF-482E-8573-38DF2649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Stażysta</cp:lastModifiedBy>
  <cp:revision>2</cp:revision>
  <dcterms:created xsi:type="dcterms:W3CDTF">2013-12-23T23:15:00Z</dcterms:created>
  <dcterms:modified xsi:type="dcterms:W3CDTF">2026-08-03T11:54:00Z</dcterms:modified>
  <cp:category/>
</cp:coreProperties>
</file>